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9F19F" w14:textId="77777777" w:rsidR="00C8773A" w:rsidRDefault="00000000">
      <w:pPr>
        <w:jc w:val="center"/>
      </w:pPr>
      <w:r>
        <w:rPr>
          <w:rFonts w:ascii="Arial" w:hAnsi="Arial"/>
          <w:b/>
          <w:sz w:val="28"/>
        </w:rPr>
        <w:t>OBRAZAC</w:t>
      </w:r>
      <w:r>
        <w:rPr>
          <w:rFonts w:ascii="Arial" w:hAnsi="Arial"/>
          <w:b/>
          <w:sz w:val="28"/>
        </w:rPr>
        <w:br/>
      </w:r>
      <w:r>
        <w:rPr>
          <w:rFonts w:ascii="Arial" w:hAnsi="Arial"/>
          <w:b/>
        </w:rPr>
        <w:t>sudjelovanja u postupku savjetovanju s javnošću o</w:t>
      </w:r>
      <w:r>
        <w:rPr>
          <w:rFonts w:ascii="Arial" w:hAnsi="Arial"/>
          <w:b/>
        </w:rPr>
        <w:br/>
        <w:t>nacrtu Pravilnika o pravilima, uvjetima i postupcima jednostavne nabave</w:t>
      </w:r>
    </w:p>
    <w:p w14:paraId="0BC723E7" w14:textId="77777777" w:rsidR="00C8773A" w:rsidRDefault="00C8773A"/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752"/>
        <w:gridCol w:w="4752"/>
      </w:tblGrid>
      <w:tr w:rsidR="00C8773A" w14:paraId="5474C352" w14:textId="77777777">
        <w:trPr>
          <w:jc w:val="center"/>
        </w:trPr>
        <w:tc>
          <w:tcPr>
            <w:tcW w:w="4752" w:type="dxa"/>
            <w:gridSpan w:val="2"/>
            <w:shd w:val="clear" w:color="auto" w:fill="F5F5F5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1B8FECD" w14:textId="77777777" w:rsidR="00C8773A" w:rsidRDefault="00000000">
            <w:pPr>
              <w:spacing w:after="40"/>
            </w:pPr>
            <w:r>
              <w:rPr>
                <w:rFonts w:ascii="Arial" w:hAnsi="Arial"/>
                <w:b/>
                <w:sz w:val="20"/>
              </w:rPr>
              <w:t>Naziv akta / dokumenta za koji se provodi savjetovanje:</w:t>
            </w:r>
          </w:p>
          <w:p w14:paraId="6113ECEA" w14:textId="77777777" w:rsidR="00C8773A" w:rsidRDefault="00000000">
            <w:pPr>
              <w:spacing w:after="0"/>
            </w:pPr>
            <w:r>
              <w:rPr>
                <w:rFonts w:ascii="Arial" w:hAnsi="Arial"/>
                <w:b/>
                <w:sz w:val="20"/>
              </w:rPr>
              <w:t>Pravilnik o pravilima, uvjetima i postupcima jednostavne nabave</w:t>
            </w:r>
          </w:p>
        </w:tc>
      </w:tr>
      <w:tr w:rsidR="00C8773A" w14:paraId="34F012E4" w14:textId="77777777">
        <w:trPr>
          <w:jc w:val="center"/>
        </w:trPr>
        <w:tc>
          <w:tcPr>
            <w:tcW w:w="4752" w:type="dxa"/>
            <w:gridSpan w:val="2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E75F35D" w14:textId="77777777" w:rsidR="00C8773A" w:rsidRDefault="00000000">
            <w:pPr>
              <w:spacing w:after="40"/>
            </w:pPr>
            <w:r>
              <w:rPr>
                <w:rFonts w:ascii="Arial" w:hAnsi="Arial"/>
                <w:b/>
                <w:sz w:val="20"/>
              </w:rPr>
              <w:t>Nositelj izrade akta/dokumenta:</w:t>
            </w:r>
          </w:p>
          <w:p w14:paraId="747EA9FD" w14:textId="77777777" w:rsidR="00724A1B" w:rsidRDefault="00724A1B" w:rsidP="00724A1B">
            <w:pPr>
              <w:spacing w:after="0"/>
            </w:pPr>
            <w:r>
              <w:t>TZP SMARAGDNIH RIJEKA I DOLINA U SRCU HRVATSKE</w:t>
            </w:r>
          </w:p>
          <w:p w14:paraId="590FD9CB" w14:textId="2F838C99" w:rsidR="00C8773A" w:rsidRDefault="00724A1B" w:rsidP="00724A1B">
            <w:pPr>
              <w:spacing w:after="0"/>
            </w:pPr>
            <w:r w:rsidRPr="00724A1B">
              <w:t xml:space="preserve">Tounj </w:t>
            </w:r>
            <w:proofErr w:type="gramStart"/>
            <w:r w:rsidRPr="00724A1B">
              <w:t>26 ,</w:t>
            </w:r>
            <w:proofErr w:type="gramEnd"/>
            <w:r w:rsidRPr="00724A1B">
              <w:t xml:space="preserve"> 47264 TOUNJ</w:t>
            </w:r>
          </w:p>
          <w:p w14:paraId="2E05F0B5" w14:textId="1F22FA6C" w:rsidR="00724A1B" w:rsidRDefault="00724A1B" w:rsidP="00724A1B">
            <w:pPr>
              <w:spacing w:after="0"/>
            </w:pPr>
            <w:r>
              <w:t xml:space="preserve">OIB: </w:t>
            </w:r>
            <w:r w:rsidRPr="00724A1B">
              <w:t>16260555850</w:t>
            </w:r>
          </w:p>
        </w:tc>
      </w:tr>
      <w:tr w:rsidR="00C8773A" w14:paraId="4711B9DB" w14:textId="77777777">
        <w:trPr>
          <w:jc w:val="center"/>
        </w:trPr>
        <w:tc>
          <w:tcPr>
            <w:tcW w:w="4752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9118513" w14:textId="77777777" w:rsidR="00C8773A" w:rsidRDefault="00000000">
            <w:pPr>
              <w:spacing w:after="40"/>
            </w:pPr>
            <w:r>
              <w:rPr>
                <w:rFonts w:ascii="Arial" w:hAnsi="Arial"/>
                <w:b/>
                <w:sz w:val="20"/>
              </w:rPr>
              <w:t>Početak savjetovanja:</w:t>
            </w:r>
          </w:p>
          <w:p w14:paraId="302B1859" w14:textId="055ADC41" w:rsidR="00C8773A" w:rsidRDefault="00724A1B">
            <w:pPr>
              <w:spacing w:after="0"/>
            </w:pPr>
            <w:r>
              <w:rPr>
                <w:rFonts w:ascii="Arial" w:hAnsi="Arial"/>
                <w:b/>
                <w:sz w:val="20"/>
              </w:rPr>
              <w:t>2</w:t>
            </w:r>
            <w:r w:rsidR="008A2058">
              <w:rPr>
                <w:rFonts w:ascii="Arial" w:hAnsi="Arial"/>
                <w:b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>. srpnja 2026.</w:t>
            </w:r>
          </w:p>
        </w:tc>
        <w:tc>
          <w:tcPr>
            <w:tcW w:w="4752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051DE49" w14:textId="77777777" w:rsidR="00C8773A" w:rsidRDefault="00000000">
            <w:pPr>
              <w:spacing w:after="40"/>
            </w:pPr>
            <w:r>
              <w:rPr>
                <w:rFonts w:ascii="Arial" w:hAnsi="Arial"/>
                <w:b/>
                <w:sz w:val="20"/>
              </w:rPr>
              <w:t>Završetak savjetovanja:</w:t>
            </w:r>
          </w:p>
          <w:p w14:paraId="5FC942BA" w14:textId="32AC1972" w:rsidR="00C8773A" w:rsidRDefault="00724A1B">
            <w:pPr>
              <w:spacing w:after="0"/>
            </w:pPr>
            <w:r>
              <w:rPr>
                <w:rFonts w:ascii="Arial" w:hAnsi="Arial"/>
                <w:b/>
                <w:sz w:val="20"/>
              </w:rPr>
              <w:t>2</w:t>
            </w:r>
            <w:r w:rsidR="008A2058">
              <w:rPr>
                <w:rFonts w:ascii="Arial" w:hAnsi="Arial"/>
                <w:b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>. kolovoza 2026.</w:t>
            </w:r>
          </w:p>
        </w:tc>
      </w:tr>
      <w:tr w:rsidR="00C8773A" w14:paraId="29AD2119" w14:textId="77777777">
        <w:trPr>
          <w:jc w:val="center"/>
        </w:trPr>
        <w:tc>
          <w:tcPr>
            <w:tcW w:w="4752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E13D815" w14:textId="77777777" w:rsidR="00C8773A" w:rsidRDefault="00000000">
            <w:pPr>
              <w:spacing w:after="0"/>
            </w:pPr>
            <w:r>
              <w:rPr>
                <w:rFonts w:ascii="Arial" w:hAnsi="Arial"/>
                <w:sz w:val="19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752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A556915" w14:textId="77777777" w:rsidR="00C8773A" w:rsidRDefault="00C8773A">
            <w:pPr>
              <w:spacing w:after="0"/>
            </w:pPr>
          </w:p>
        </w:tc>
      </w:tr>
      <w:tr w:rsidR="00C8773A" w14:paraId="058A98D3" w14:textId="77777777">
        <w:trPr>
          <w:jc w:val="center"/>
        </w:trPr>
        <w:tc>
          <w:tcPr>
            <w:tcW w:w="4752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1DB8715" w14:textId="77777777" w:rsidR="00C8773A" w:rsidRDefault="00000000">
            <w:pPr>
              <w:spacing w:after="0"/>
            </w:pPr>
            <w:r>
              <w:rPr>
                <w:rFonts w:ascii="Arial" w:hAnsi="Arial"/>
                <w:sz w:val="19"/>
              </w:rPr>
              <w:t>Interes, odnosno kategorija i brojnost korisnika koje predstavlja (građani, udruge, udruge u području zaštite okoliša, poduzetnici, itd.)</w:t>
            </w:r>
          </w:p>
        </w:tc>
        <w:tc>
          <w:tcPr>
            <w:tcW w:w="4752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DDA2A04" w14:textId="77777777" w:rsidR="00C8773A" w:rsidRDefault="00C8773A">
            <w:pPr>
              <w:spacing w:after="0"/>
            </w:pPr>
          </w:p>
        </w:tc>
      </w:tr>
      <w:tr w:rsidR="00C8773A" w14:paraId="5B0F5103" w14:textId="77777777">
        <w:trPr>
          <w:jc w:val="center"/>
        </w:trPr>
        <w:tc>
          <w:tcPr>
            <w:tcW w:w="4752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1158110" w14:textId="77777777" w:rsidR="00C8773A" w:rsidRDefault="00000000">
            <w:pPr>
              <w:spacing w:after="0"/>
            </w:pPr>
            <w:r>
              <w:rPr>
                <w:rFonts w:ascii="Arial" w:hAnsi="Arial"/>
                <w:sz w:val="19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752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1051550" w14:textId="77777777" w:rsidR="00C8773A" w:rsidRDefault="00C8773A">
            <w:pPr>
              <w:spacing w:after="0"/>
            </w:pPr>
          </w:p>
        </w:tc>
      </w:tr>
      <w:tr w:rsidR="00C8773A" w14:paraId="2AD57207" w14:textId="77777777">
        <w:trPr>
          <w:jc w:val="center"/>
        </w:trPr>
        <w:tc>
          <w:tcPr>
            <w:tcW w:w="4752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5A3CDB5" w14:textId="77777777" w:rsidR="00C8773A" w:rsidRDefault="00000000">
            <w:pPr>
              <w:spacing w:after="0"/>
            </w:pPr>
            <w:r>
              <w:rPr>
                <w:rFonts w:ascii="Arial" w:hAnsi="Arial"/>
                <w:sz w:val="19"/>
              </w:rPr>
              <w:t>Načelni prijedlozi i mišljenje na nacrt akta ili dokumenta</w:t>
            </w:r>
          </w:p>
        </w:tc>
        <w:tc>
          <w:tcPr>
            <w:tcW w:w="4752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8178EFE" w14:textId="77777777" w:rsidR="00C8773A" w:rsidRDefault="00C8773A">
            <w:pPr>
              <w:spacing w:after="0"/>
            </w:pPr>
          </w:p>
        </w:tc>
      </w:tr>
      <w:tr w:rsidR="00C8773A" w14:paraId="004B7E0D" w14:textId="77777777">
        <w:trPr>
          <w:jc w:val="center"/>
        </w:trPr>
        <w:tc>
          <w:tcPr>
            <w:tcW w:w="4752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9844285" w14:textId="77777777" w:rsidR="00C8773A" w:rsidRDefault="00000000">
            <w:pPr>
              <w:spacing w:after="0"/>
            </w:pPr>
            <w:r>
              <w:rPr>
                <w:rFonts w:ascii="Arial" w:hAnsi="Arial"/>
                <w:sz w:val="19"/>
              </w:rPr>
              <w:t>Primjedbe na pojedine članke ili dijelove nacrta akta ili dokumenta (prijedlog i mišljenje)</w:t>
            </w:r>
          </w:p>
        </w:tc>
        <w:tc>
          <w:tcPr>
            <w:tcW w:w="4752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1F8C933" w14:textId="77777777" w:rsidR="00C8773A" w:rsidRDefault="00C8773A">
            <w:pPr>
              <w:spacing w:after="0"/>
            </w:pPr>
          </w:p>
        </w:tc>
      </w:tr>
      <w:tr w:rsidR="00C8773A" w14:paraId="1A980C6E" w14:textId="77777777">
        <w:trPr>
          <w:jc w:val="center"/>
        </w:trPr>
        <w:tc>
          <w:tcPr>
            <w:tcW w:w="4752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B2F6800" w14:textId="77777777" w:rsidR="00C8773A" w:rsidRDefault="00000000">
            <w:pPr>
              <w:spacing w:after="0"/>
            </w:pPr>
            <w:r>
              <w:rPr>
                <w:rFonts w:ascii="Arial" w:hAnsi="Arial"/>
                <w:sz w:val="19"/>
              </w:rPr>
              <w:t>Datum dostavljanja prijedloga i mišljenja</w:t>
            </w:r>
          </w:p>
        </w:tc>
        <w:tc>
          <w:tcPr>
            <w:tcW w:w="4752" w:type="dx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4B5B972" w14:textId="77777777" w:rsidR="00C8773A" w:rsidRDefault="00C8773A">
            <w:pPr>
              <w:spacing w:after="0"/>
            </w:pPr>
          </w:p>
        </w:tc>
      </w:tr>
    </w:tbl>
    <w:p w14:paraId="56218C69" w14:textId="77777777" w:rsidR="00C8773A" w:rsidRDefault="00C8773A"/>
    <w:p w14:paraId="601477AD" w14:textId="60FFF195" w:rsidR="00C8773A" w:rsidRDefault="00000000">
      <w:pPr>
        <w:spacing w:after="120"/>
      </w:pPr>
      <w:r>
        <w:rPr>
          <w:rFonts w:ascii="Arial" w:hAnsi="Arial"/>
          <w:sz w:val="19"/>
        </w:rPr>
        <w:t xml:space="preserve">Popunjeni obrazac s </w:t>
      </w:r>
      <w:proofErr w:type="spellStart"/>
      <w:r>
        <w:rPr>
          <w:rFonts w:ascii="Arial" w:hAnsi="Arial"/>
          <w:sz w:val="19"/>
        </w:rPr>
        <w:t>prilogom</w:t>
      </w:r>
      <w:proofErr w:type="spellEnd"/>
      <w:r>
        <w:rPr>
          <w:rFonts w:ascii="Arial" w:hAnsi="Arial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potrebno</w:t>
      </w:r>
      <w:proofErr w:type="spellEnd"/>
      <w:r>
        <w:rPr>
          <w:rFonts w:ascii="Arial" w:hAnsi="Arial"/>
          <w:sz w:val="19"/>
        </w:rPr>
        <w:t xml:space="preserve"> je </w:t>
      </w:r>
      <w:proofErr w:type="spellStart"/>
      <w:r>
        <w:rPr>
          <w:rFonts w:ascii="Arial" w:hAnsi="Arial"/>
          <w:sz w:val="19"/>
        </w:rPr>
        <w:t>dostaviti</w:t>
      </w:r>
      <w:proofErr w:type="spellEnd"/>
      <w:r>
        <w:rPr>
          <w:rFonts w:ascii="Arial" w:hAnsi="Arial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zaključno</w:t>
      </w:r>
      <w:proofErr w:type="spellEnd"/>
      <w:r>
        <w:rPr>
          <w:rFonts w:ascii="Arial" w:hAnsi="Arial"/>
          <w:sz w:val="19"/>
        </w:rPr>
        <w:t xml:space="preserve"> do </w:t>
      </w:r>
      <w:r w:rsidR="00724A1B">
        <w:rPr>
          <w:rFonts w:ascii="Arial" w:hAnsi="Arial"/>
          <w:b/>
          <w:sz w:val="19"/>
        </w:rPr>
        <w:t>2</w:t>
      </w:r>
      <w:r w:rsidR="008A2058">
        <w:rPr>
          <w:rFonts w:ascii="Arial" w:hAnsi="Arial"/>
          <w:b/>
          <w:sz w:val="19"/>
        </w:rPr>
        <w:t>4</w:t>
      </w:r>
      <w:r>
        <w:rPr>
          <w:rFonts w:ascii="Arial" w:hAnsi="Arial"/>
          <w:b/>
          <w:sz w:val="19"/>
        </w:rPr>
        <w:t>. kolovoza 2026.</w:t>
      </w:r>
      <w:r>
        <w:rPr>
          <w:rFonts w:ascii="Arial" w:hAnsi="Arial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na</w:t>
      </w:r>
      <w:proofErr w:type="spellEnd"/>
      <w:r>
        <w:rPr>
          <w:rFonts w:ascii="Arial" w:hAnsi="Arial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adresu</w:t>
      </w:r>
      <w:proofErr w:type="spellEnd"/>
      <w:r>
        <w:rPr>
          <w:rFonts w:ascii="Arial" w:hAnsi="Arial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elektroničke</w:t>
      </w:r>
      <w:proofErr w:type="spellEnd"/>
      <w:r>
        <w:rPr>
          <w:rFonts w:ascii="Arial" w:hAnsi="Arial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pošte</w:t>
      </w:r>
      <w:proofErr w:type="spellEnd"/>
      <w:r>
        <w:rPr>
          <w:rFonts w:ascii="Arial" w:hAnsi="Arial"/>
          <w:sz w:val="19"/>
        </w:rPr>
        <w:t>:</w:t>
      </w:r>
      <w:r w:rsidR="00724A1B" w:rsidRPr="00724A1B">
        <w:t xml:space="preserve"> </w:t>
      </w:r>
      <w:r w:rsidR="00724A1B" w:rsidRPr="00724A1B">
        <w:rPr>
          <w:rFonts w:ascii="Arial" w:hAnsi="Arial"/>
          <w:sz w:val="19"/>
        </w:rPr>
        <w:t>info@tzp-smaragdnih-rijeka-dolina.hr</w:t>
      </w:r>
      <w:r>
        <w:rPr>
          <w:rFonts w:ascii="Arial" w:hAnsi="Arial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ili</w:t>
      </w:r>
      <w:proofErr w:type="spellEnd"/>
      <w:r>
        <w:rPr>
          <w:rFonts w:ascii="Arial" w:hAnsi="Arial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na</w:t>
      </w:r>
      <w:proofErr w:type="spellEnd"/>
      <w:r>
        <w:rPr>
          <w:rFonts w:ascii="Arial" w:hAnsi="Arial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adresu</w:t>
      </w:r>
      <w:proofErr w:type="spellEnd"/>
      <w:r>
        <w:rPr>
          <w:rFonts w:ascii="Arial" w:hAnsi="Arial"/>
          <w:sz w:val="19"/>
        </w:rPr>
        <w:t xml:space="preserve"> </w:t>
      </w:r>
      <w:r w:rsidR="00724A1B" w:rsidRPr="00724A1B">
        <w:rPr>
          <w:rFonts w:ascii="Arial" w:hAnsi="Arial"/>
          <w:sz w:val="19"/>
        </w:rPr>
        <w:t xml:space="preserve">Tounj </w:t>
      </w:r>
      <w:proofErr w:type="gramStart"/>
      <w:r w:rsidR="00724A1B" w:rsidRPr="00724A1B">
        <w:rPr>
          <w:rFonts w:ascii="Arial" w:hAnsi="Arial"/>
          <w:sz w:val="19"/>
        </w:rPr>
        <w:t>26 ,</w:t>
      </w:r>
      <w:proofErr w:type="gramEnd"/>
      <w:r w:rsidR="00724A1B" w:rsidRPr="00724A1B">
        <w:rPr>
          <w:rFonts w:ascii="Arial" w:hAnsi="Arial"/>
          <w:sz w:val="19"/>
        </w:rPr>
        <w:t xml:space="preserve"> 47264 TOUNJ</w:t>
      </w:r>
    </w:p>
    <w:p w14:paraId="0C401865" w14:textId="1F17F048" w:rsidR="00C8773A" w:rsidRDefault="00000000">
      <w:pPr>
        <w:spacing w:after="120"/>
      </w:pPr>
      <w:r>
        <w:rPr>
          <w:rFonts w:ascii="Arial" w:hAnsi="Arial"/>
          <w:sz w:val="19"/>
        </w:rPr>
        <w:t xml:space="preserve">Po završetku savjetovanja, </w:t>
      </w:r>
      <w:r>
        <w:rPr>
          <w:rFonts w:ascii="Arial" w:hAnsi="Arial"/>
          <w:b/>
          <w:sz w:val="19"/>
          <w:u w:val="single"/>
        </w:rPr>
        <w:t>svi pristigli prijedlozi, mišljenja i primjedbe bit će razmotreni te ili prihvaćeni ili neprihvaćeni, odnosno primljeni na znanje uz obrazloženja koja su sastavni dio Izvješća o savjetovanju s javnošću</w:t>
      </w:r>
      <w:r>
        <w:rPr>
          <w:rFonts w:ascii="Arial" w:hAnsi="Arial"/>
          <w:sz w:val="19"/>
        </w:rPr>
        <w:t xml:space="preserve">. </w:t>
      </w:r>
      <w:proofErr w:type="spellStart"/>
      <w:r>
        <w:rPr>
          <w:rFonts w:ascii="Arial" w:hAnsi="Arial"/>
          <w:sz w:val="19"/>
        </w:rPr>
        <w:t>Izvješće</w:t>
      </w:r>
      <w:proofErr w:type="spellEnd"/>
      <w:r>
        <w:rPr>
          <w:rFonts w:ascii="Arial" w:hAnsi="Arial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će</w:t>
      </w:r>
      <w:proofErr w:type="spellEnd"/>
      <w:r>
        <w:rPr>
          <w:rFonts w:ascii="Arial" w:hAnsi="Arial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biti</w:t>
      </w:r>
      <w:proofErr w:type="spellEnd"/>
      <w:r>
        <w:rPr>
          <w:rFonts w:ascii="Arial" w:hAnsi="Arial"/>
          <w:sz w:val="19"/>
        </w:rPr>
        <w:t xml:space="preserve"> </w:t>
      </w:r>
      <w:proofErr w:type="spellStart"/>
      <w:r>
        <w:rPr>
          <w:rFonts w:ascii="Arial" w:hAnsi="Arial"/>
          <w:sz w:val="19"/>
        </w:rPr>
        <w:t>objavljeno</w:t>
      </w:r>
      <w:proofErr w:type="spellEnd"/>
      <w:r>
        <w:rPr>
          <w:rFonts w:ascii="Arial" w:hAnsi="Arial"/>
          <w:sz w:val="19"/>
        </w:rPr>
        <w:t xml:space="preserve"> </w:t>
      </w:r>
      <w:r w:rsidR="00724A1B">
        <w:rPr>
          <w:rFonts w:ascii="Arial" w:hAnsi="Arial"/>
          <w:i/>
          <w:sz w:val="19"/>
        </w:rPr>
        <w:t>2</w:t>
      </w:r>
      <w:r w:rsidR="008A2058">
        <w:rPr>
          <w:rFonts w:ascii="Arial" w:hAnsi="Arial"/>
          <w:i/>
          <w:sz w:val="19"/>
        </w:rPr>
        <w:t>5</w:t>
      </w:r>
      <w:r>
        <w:rPr>
          <w:rFonts w:ascii="Arial" w:hAnsi="Arial"/>
          <w:i/>
          <w:sz w:val="19"/>
        </w:rPr>
        <w:t>. kolovoza 2026. (očekivani datum objave)</w:t>
      </w:r>
      <w:r>
        <w:rPr>
          <w:rFonts w:ascii="Arial" w:hAnsi="Arial"/>
          <w:sz w:val="19"/>
        </w:rPr>
        <w:t xml:space="preserve"> na internetskoj stranici </w:t>
      </w:r>
      <w:r w:rsidR="00724A1B" w:rsidRPr="00724A1B">
        <w:rPr>
          <w:rFonts w:ascii="Arial" w:hAnsi="Arial"/>
          <w:sz w:val="19"/>
        </w:rPr>
        <w:t>https://tzp-smaragdnih-rijeka-dolina.hr/</w:t>
      </w:r>
    </w:p>
    <w:p w14:paraId="11F4876D" w14:textId="77777777" w:rsidR="00C8773A" w:rsidRDefault="00000000">
      <w:pPr>
        <w:spacing w:after="120"/>
      </w:pPr>
      <w:r>
        <w:rPr>
          <w:rFonts w:ascii="Arial" w:hAnsi="Arial"/>
          <w:sz w:val="19"/>
        </w:rPr>
        <w:t>Ako ne želite da Vaši osobni podaci (ime i prezime) budu javno objavljeni, molimo da to jasno istaknete pri slanju obrasca.</w:t>
      </w:r>
    </w:p>
    <w:p w14:paraId="6CFC24EE" w14:textId="77777777" w:rsidR="00C8773A" w:rsidRDefault="00000000">
      <w:pPr>
        <w:spacing w:after="120"/>
      </w:pPr>
      <w:r>
        <w:rPr>
          <w:rFonts w:ascii="Arial" w:hAnsi="Arial"/>
          <w:sz w:val="19"/>
        </w:rPr>
        <w:t>Anonimni, uvredljivi i irelevantni komentari neće se objaviti.</w:t>
      </w:r>
    </w:p>
    <w:sectPr w:rsidR="00C8773A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31026556">
    <w:abstractNumId w:val="8"/>
  </w:num>
  <w:num w:numId="2" w16cid:durableId="1363165322">
    <w:abstractNumId w:val="6"/>
  </w:num>
  <w:num w:numId="3" w16cid:durableId="1677269601">
    <w:abstractNumId w:val="5"/>
  </w:num>
  <w:num w:numId="4" w16cid:durableId="2082023803">
    <w:abstractNumId w:val="4"/>
  </w:num>
  <w:num w:numId="5" w16cid:durableId="1771315610">
    <w:abstractNumId w:val="7"/>
  </w:num>
  <w:num w:numId="6" w16cid:durableId="552500955">
    <w:abstractNumId w:val="3"/>
  </w:num>
  <w:num w:numId="7" w16cid:durableId="340744726">
    <w:abstractNumId w:val="2"/>
  </w:num>
  <w:num w:numId="8" w16cid:durableId="1008171807">
    <w:abstractNumId w:val="1"/>
  </w:num>
  <w:num w:numId="9" w16cid:durableId="1103377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A79BE"/>
    <w:rsid w:val="00724A1B"/>
    <w:rsid w:val="008A2058"/>
    <w:rsid w:val="00AA1D8D"/>
    <w:rsid w:val="00B47730"/>
    <w:rsid w:val="00C62F7F"/>
    <w:rsid w:val="00C8773A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B80B20"/>
  <w14:defaultImageDpi w14:val="300"/>
  <w15:docId w15:val="{09A43CEA-1388-4027-8BFA-017567706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Opcina Tounj</cp:lastModifiedBy>
  <cp:revision>3</cp:revision>
  <dcterms:created xsi:type="dcterms:W3CDTF">2026-07-23T19:30:00Z</dcterms:created>
  <dcterms:modified xsi:type="dcterms:W3CDTF">2026-07-24T09:21:00Z</dcterms:modified>
  <cp:category/>
</cp:coreProperties>
</file>